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C38E" w14:textId="77777777" w:rsidR="0014412B" w:rsidRPr="00F51068" w:rsidRDefault="00000000" w:rsidP="00F51068">
      <w:pPr>
        <w:jc w:val="center"/>
        <w:rPr>
          <w:sz w:val="28"/>
          <w:szCs w:val="28"/>
        </w:rPr>
      </w:pPr>
      <w:r w:rsidRPr="00F51068">
        <w:rPr>
          <w:b/>
          <w:sz w:val="28"/>
          <w:szCs w:val="28"/>
        </w:rPr>
        <w:t>DOMNULE EXECUTOR,</w:t>
      </w:r>
    </w:p>
    <w:p w14:paraId="2179223D" w14:textId="77777777" w:rsidR="0014412B" w:rsidRDefault="0014412B" w:rsidP="00F51068">
      <w:pPr>
        <w:jc w:val="both"/>
      </w:pPr>
    </w:p>
    <w:p w14:paraId="3F23372E" w14:textId="4D049771" w:rsidR="0014412B" w:rsidRDefault="00000000" w:rsidP="00F51068">
      <w:pPr>
        <w:spacing w:after="0"/>
        <w:ind w:left="567"/>
        <w:jc w:val="both"/>
      </w:pPr>
      <w:r>
        <w:t xml:space="preserve">Subsemnatul/a / </w:t>
      </w:r>
      <w:proofErr w:type="spellStart"/>
      <w:r>
        <w:t>Subscrisa</w:t>
      </w:r>
      <w:proofErr w:type="spellEnd"/>
      <w:r>
        <w:t xml:space="preserve"> ________________________________________________</w:t>
      </w:r>
      <w:r w:rsidR="00F51068">
        <w:t>__________</w:t>
      </w:r>
    </w:p>
    <w:p w14:paraId="4508C251" w14:textId="24AA4192" w:rsidR="0014412B" w:rsidRDefault="00000000" w:rsidP="00F51068">
      <w:pPr>
        <w:spacing w:after="0"/>
        <w:ind w:left="567"/>
        <w:jc w:val="both"/>
      </w:pPr>
      <w:r>
        <w:t>_______________________________________________________________</w:t>
      </w:r>
      <w:r w:rsidR="00F51068">
        <w:t>_________________</w:t>
      </w:r>
    </w:p>
    <w:p w14:paraId="7C1378C3" w14:textId="6D0BA71A" w:rsidR="0014412B" w:rsidRDefault="00000000" w:rsidP="00F51068">
      <w:pPr>
        <w:spacing w:after="0"/>
        <w:ind w:left="567"/>
        <w:jc w:val="both"/>
      </w:pPr>
      <w:r>
        <w:t xml:space="preserve">cu domiciliul /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_________________________________</w:t>
      </w:r>
      <w:r w:rsidR="00F51068">
        <w:t>___________________</w:t>
      </w:r>
    </w:p>
    <w:p w14:paraId="120CBACB" w14:textId="13B42F7E" w:rsidR="0014412B" w:rsidRDefault="00000000" w:rsidP="00F51068">
      <w:pPr>
        <w:spacing w:after="0"/>
        <w:ind w:left="567"/>
        <w:jc w:val="both"/>
      </w:pPr>
      <w:r>
        <w:t>str. __________________________ nr. ____</w:t>
      </w:r>
      <w:proofErr w:type="gramStart"/>
      <w:r>
        <w:t xml:space="preserve">_ </w:t>
      </w:r>
      <w:r w:rsidR="00F51068">
        <w:t xml:space="preserve"> </w:t>
      </w:r>
      <w:r>
        <w:t>bl.</w:t>
      </w:r>
      <w:proofErr w:type="gramEnd"/>
      <w:r>
        <w:t xml:space="preserve"> ____</w:t>
      </w:r>
      <w:proofErr w:type="gramStart"/>
      <w:r>
        <w:t xml:space="preserve">_ </w:t>
      </w:r>
      <w:r w:rsidR="00F51068">
        <w:t xml:space="preserve"> </w:t>
      </w:r>
      <w:r>
        <w:t>sc.</w:t>
      </w:r>
      <w:proofErr w:type="gramEnd"/>
      <w:r>
        <w:t xml:space="preserve"> ____</w:t>
      </w:r>
      <w:proofErr w:type="gramStart"/>
      <w:r>
        <w:t>_</w:t>
      </w:r>
      <w:r w:rsidR="00F51068">
        <w:t xml:space="preserve"> </w:t>
      </w:r>
      <w:r>
        <w:t xml:space="preserve"> et</w:t>
      </w:r>
      <w:proofErr w:type="gramEnd"/>
      <w:r>
        <w:t>. _____ ap. _____</w:t>
      </w:r>
      <w:r w:rsidR="00F51068">
        <w:t>_________</w:t>
      </w:r>
    </w:p>
    <w:p w14:paraId="0D66AB3B" w14:textId="77777777" w:rsidR="0014412B" w:rsidRDefault="00000000" w:rsidP="00F51068">
      <w:pPr>
        <w:spacing w:after="0"/>
        <w:ind w:left="567"/>
        <w:jc w:val="both"/>
      </w:pPr>
      <w:r>
        <w:t>Județ/Sector __________________ telefon __________________ personal / prin reprezentant</w:t>
      </w:r>
    </w:p>
    <w:p w14:paraId="36C3B3BA" w14:textId="7769AEB4" w:rsidR="0014412B" w:rsidRDefault="00000000" w:rsidP="00F51068">
      <w:pPr>
        <w:spacing w:after="0"/>
        <w:ind w:left="567"/>
        <w:jc w:val="both"/>
      </w:pPr>
      <w:r>
        <w:t>___________________________________________________________________________</w:t>
      </w:r>
      <w:r w:rsidR="00F51068">
        <w:t>_____</w:t>
      </w:r>
    </w:p>
    <w:p w14:paraId="0CD2B061" w14:textId="77777777" w:rsidR="0014412B" w:rsidRDefault="0014412B" w:rsidP="00F51068">
      <w:pPr>
        <w:ind w:left="284"/>
      </w:pPr>
    </w:p>
    <w:p w14:paraId="09C5297F" w14:textId="77777777" w:rsidR="0014412B" w:rsidRDefault="00000000">
      <w:pPr>
        <w:jc w:val="center"/>
      </w:pPr>
      <w:r>
        <w:rPr>
          <w:b/>
        </w:rPr>
        <w:t>CERERE DE RESTITUIRE A CAUȚIUNII</w:t>
      </w:r>
    </w:p>
    <w:p w14:paraId="6BD59FB6" w14:textId="77777777" w:rsidR="0014412B" w:rsidRDefault="0014412B"/>
    <w:p w14:paraId="72F99A9A" w14:textId="41A49AF0" w:rsidR="0014412B" w:rsidRPr="00F51068" w:rsidRDefault="00000000" w:rsidP="00F51068">
      <w:pPr>
        <w:spacing w:after="0"/>
        <w:ind w:left="567" w:right="-6"/>
        <w:rPr>
          <w:szCs w:val="24"/>
        </w:rPr>
      </w:pPr>
      <w:r w:rsidRPr="00F51068">
        <w:rPr>
          <w:szCs w:val="24"/>
        </w:rPr>
        <w:t>Depuse pentru licitația publică din data de __________________________</w:t>
      </w:r>
      <w:r w:rsidR="00F51068" w:rsidRPr="00F51068">
        <w:rPr>
          <w:szCs w:val="24"/>
        </w:rPr>
        <w:t xml:space="preserve"> </w:t>
      </w:r>
      <w:proofErr w:type="spellStart"/>
      <w:r w:rsidRPr="00F51068">
        <w:rPr>
          <w:szCs w:val="24"/>
        </w:rPr>
        <w:t>în</w:t>
      </w:r>
      <w:proofErr w:type="spellEnd"/>
      <w:r w:rsidRPr="00F51068">
        <w:rPr>
          <w:szCs w:val="24"/>
        </w:rPr>
        <w:t xml:space="preserve"> </w:t>
      </w:r>
      <w:proofErr w:type="spellStart"/>
      <w:r w:rsidRPr="00F51068">
        <w:rPr>
          <w:szCs w:val="24"/>
        </w:rPr>
        <w:t>dosarul</w:t>
      </w:r>
      <w:proofErr w:type="spellEnd"/>
      <w:r w:rsidRPr="00F51068">
        <w:rPr>
          <w:szCs w:val="24"/>
        </w:rPr>
        <w:t xml:space="preserve"> de </w:t>
      </w:r>
      <w:proofErr w:type="spellStart"/>
      <w:r w:rsidRPr="00F51068">
        <w:rPr>
          <w:szCs w:val="24"/>
        </w:rPr>
        <w:t>executare</w:t>
      </w:r>
      <w:proofErr w:type="spellEnd"/>
      <w:r w:rsidRPr="00F51068">
        <w:rPr>
          <w:szCs w:val="24"/>
        </w:rPr>
        <w:t xml:space="preserve"> nr. </w:t>
      </w:r>
      <w:r w:rsidR="00F51068" w:rsidRPr="00F51068">
        <w:rPr>
          <w:szCs w:val="24"/>
        </w:rPr>
        <w:t xml:space="preserve"> </w:t>
      </w:r>
      <w:r w:rsidRPr="00F51068">
        <w:rPr>
          <w:szCs w:val="24"/>
        </w:rPr>
        <w:t>_________________________________________</w:t>
      </w:r>
      <w:r w:rsidR="00F51068" w:rsidRPr="00F51068">
        <w:rPr>
          <w:szCs w:val="24"/>
        </w:rPr>
        <w:t>____________________________________</w:t>
      </w:r>
    </w:p>
    <w:p w14:paraId="0D9E8E6E" w14:textId="43BFF31A" w:rsidR="0014412B" w:rsidRPr="00F51068" w:rsidRDefault="00F51068" w:rsidP="00F51068">
      <w:pPr>
        <w:spacing w:after="0"/>
        <w:ind w:firstLine="567"/>
        <w:rPr>
          <w:szCs w:val="24"/>
        </w:rPr>
      </w:pPr>
      <w:proofErr w:type="spellStart"/>
      <w:r w:rsidRPr="00F51068">
        <w:rPr>
          <w:szCs w:val="24"/>
        </w:rPr>
        <w:t>p</w:t>
      </w:r>
      <w:r w:rsidR="00000000" w:rsidRPr="00F51068">
        <w:rPr>
          <w:szCs w:val="24"/>
        </w:rPr>
        <w:t>rin</w:t>
      </w:r>
      <w:proofErr w:type="spellEnd"/>
      <w:r w:rsidR="00000000" w:rsidRPr="00F51068">
        <w:rPr>
          <w:szCs w:val="24"/>
        </w:rPr>
        <w:t xml:space="preserve"> </w:t>
      </w:r>
      <w:proofErr w:type="spellStart"/>
      <w:r w:rsidR="00000000" w:rsidRPr="00F51068">
        <w:rPr>
          <w:szCs w:val="24"/>
        </w:rPr>
        <w:t>virament</w:t>
      </w:r>
      <w:proofErr w:type="spellEnd"/>
      <w:r w:rsidR="00000000" w:rsidRPr="00F51068">
        <w:rPr>
          <w:szCs w:val="24"/>
        </w:rPr>
        <w:t xml:space="preserve"> </w:t>
      </w:r>
      <w:proofErr w:type="spellStart"/>
      <w:r w:rsidR="00000000" w:rsidRPr="00F51068">
        <w:rPr>
          <w:szCs w:val="24"/>
        </w:rPr>
        <w:t>bancar</w:t>
      </w:r>
      <w:proofErr w:type="spellEnd"/>
      <w:r w:rsidR="00000000" w:rsidRPr="00F51068">
        <w:rPr>
          <w:szCs w:val="24"/>
        </w:rPr>
        <w:t xml:space="preserve">, </w:t>
      </w:r>
      <w:proofErr w:type="spellStart"/>
      <w:r w:rsidR="00000000" w:rsidRPr="00F51068">
        <w:rPr>
          <w:szCs w:val="24"/>
        </w:rPr>
        <w:t>în</w:t>
      </w:r>
      <w:proofErr w:type="spellEnd"/>
      <w:r w:rsidR="00000000" w:rsidRPr="00F51068">
        <w:rPr>
          <w:szCs w:val="24"/>
        </w:rPr>
        <w:t xml:space="preserve"> </w:t>
      </w:r>
      <w:proofErr w:type="spellStart"/>
      <w:r w:rsidR="00000000" w:rsidRPr="00F51068">
        <w:rPr>
          <w:szCs w:val="24"/>
        </w:rPr>
        <w:t>contul</w:t>
      </w:r>
      <w:proofErr w:type="spellEnd"/>
      <w:r w:rsidR="00000000" w:rsidRPr="00F51068">
        <w:rPr>
          <w:szCs w:val="24"/>
        </w:rPr>
        <w:t xml:space="preserve"> _____________________________________</w:t>
      </w:r>
      <w:r w:rsidRPr="00F51068">
        <w:rPr>
          <w:szCs w:val="24"/>
        </w:rPr>
        <w:t>__________________</w:t>
      </w:r>
    </w:p>
    <w:p w14:paraId="16CAC97C" w14:textId="326F74E0" w:rsidR="0014412B" w:rsidRPr="00F51068" w:rsidRDefault="00000000" w:rsidP="00F51068">
      <w:pPr>
        <w:spacing w:after="0"/>
        <w:ind w:firstLine="567"/>
        <w:rPr>
          <w:szCs w:val="24"/>
        </w:rPr>
      </w:pPr>
      <w:proofErr w:type="spellStart"/>
      <w:r w:rsidRPr="00F51068">
        <w:rPr>
          <w:szCs w:val="24"/>
        </w:rPr>
        <w:t>deschis</w:t>
      </w:r>
      <w:proofErr w:type="spellEnd"/>
      <w:r w:rsidRPr="00F51068">
        <w:rPr>
          <w:szCs w:val="24"/>
        </w:rPr>
        <w:t xml:space="preserve"> la _______________________</w:t>
      </w:r>
      <w:r w:rsidR="00F51068" w:rsidRPr="00F51068">
        <w:rPr>
          <w:szCs w:val="24"/>
        </w:rPr>
        <w:t>____________</w:t>
      </w:r>
      <w:r w:rsidRPr="00F51068">
        <w:rPr>
          <w:szCs w:val="24"/>
        </w:rPr>
        <w:t xml:space="preserve"> titular ________________________</w:t>
      </w:r>
      <w:r w:rsidR="00F51068" w:rsidRPr="00F51068">
        <w:rPr>
          <w:szCs w:val="24"/>
        </w:rPr>
        <w:t>_______</w:t>
      </w:r>
    </w:p>
    <w:p w14:paraId="7CA0645F" w14:textId="77777777" w:rsidR="0014412B" w:rsidRDefault="0014412B"/>
    <w:p w14:paraId="25DA57E1" w14:textId="77777777" w:rsidR="00F51068" w:rsidRDefault="00F51068"/>
    <w:p w14:paraId="3825FC79" w14:textId="5F905B87" w:rsidR="00F51068" w:rsidRDefault="00F51068" w:rsidP="00F51068">
      <w:pPr>
        <w:ind w:firstLine="567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Semnatura</w:t>
      </w:r>
      <w:proofErr w:type="spellEnd"/>
    </w:p>
    <w:p w14:paraId="303797E9" w14:textId="77777777" w:rsidR="0014412B" w:rsidRDefault="0014412B"/>
    <w:p w14:paraId="5FCB81CF" w14:textId="77777777" w:rsidR="0014412B" w:rsidRDefault="0014412B"/>
    <w:p w14:paraId="1D3FDCEF" w14:textId="77777777" w:rsidR="0014412B" w:rsidRDefault="0014412B"/>
    <w:p w14:paraId="360B8488" w14:textId="77777777" w:rsidR="0014412B" w:rsidRDefault="0014412B"/>
    <w:p w14:paraId="72E828B9" w14:textId="77777777" w:rsidR="0014412B" w:rsidRDefault="0014412B"/>
    <w:p w14:paraId="4F6F40CF" w14:textId="77777777" w:rsidR="0014412B" w:rsidRDefault="0014412B"/>
    <w:p w14:paraId="7A162BEC" w14:textId="77777777" w:rsidR="0014412B" w:rsidRDefault="0014412B"/>
    <w:p w14:paraId="59BE3342" w14:textId="77777777" w:rsidR="00C82426" w:rsidRDefault="00C82426"/>
    <w:sectPr w:rsidR="00C82426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534476">
    <w:abstractNumId w:val="8"/>
  </w:num>
  <w:num w:numId="2" w16cid:durableId="232471730">
    <w:abstractNumId w:val="6"/>
  </w:num>
  <w:num w:numId="3" w16cid:durableId="395015014">
    <w:abstractNumId w:val="5"/>
  </w:num>
  <w:num w:numId="4" w16cid:durableId="1221671071">
    <w:abstractNumId w:val="4"/>
  </w:num>
  <w:num w:numId="5" w16cid:durableId="328488387">
    <w:abstractNumId w:val="7"/>
  </w:num>
  <w:num w:numId="6" w16cid:durableId="691880257">
    <w:abstractNumId w:val="3"/>
  </w:num>
  <w:num w:numId="7" w16cid:durableId="138771956">
    <w:abstractNumId w:val="2"/>
  </w:num>
  <w:num w:numId="8" w16cid:durableId="475923772">
    <w:abstractNumId w:val="1"/>
  </w:num>
  <w:num w:numId="9" w16cid:durableId="15934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412B"/>
    <w:rsid w:val="0015074B"/>
    <w:rsid w:val="0029639D"/>
    <w:rsid w:val="00326F90"/>
    <w:rsid w:val="00AA1D8D"/>
    <w:rsid w:val="00B47730"/>
    <w:rsid w:val="00C82426"/>
    <w:rsid w:val="00CB0664"/>
    <w:rsid w:val="00E22487"/>
    <w:rsid w:val="00F510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72DDC"/>
  <w14:defaultImageDpi w14:val="300"/>
  <w15:docId w15:val="{7E8D35D9-7563-4ED8-9898-455DD2F7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Andrei Novacescu</cp:lastModifiedBy>
  <cp:revision>2</cp:revision>
  <dcterms:created xsi:type="dcterms:W3CDTF">2013-12-23T23:15:00Z</dcterms:created>
  <dcterms:modified xsi:type="dcterms:W3CDTF">2026-06-12T11:07:00Z</dcterms:modified>
  <cp:category/>
</cp:coreProperties>
</file>